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c>
          <w:tcPr>
            <w:tcW w:type="dxa" w:w="8220"/>
            <w:shd w:val="clear" w:color="auto" w:fill="E8EFE4"/>
          </w:tcPr>
          <w:p>
            <w:pPr>
              <w:pStyle w:val="PDCAMasthead"/>
              <w:jc w:val="left"/>
            </w:pPr>
            <w:r>
              <w:rPr>
                <w:b/>
              </w:rPr>
              <w:t>Sports Scientific Research</w:t>
            </w:r>
          </w:p>
        </w:tc>
        <w:tc>
          <w:tcPr>
            <w:tcW w:type="dxa" w:w="2551"/>
            <w:shd w:val="clear" w:color="auto" w:fill="E8EFE4"/>
          </w:tcPr>
          <w:p>
            <w:pPr>
              <w:pStyle w:val="PDCAMasthead"/>
              <w:jc w:val="right"/>
            </w:pPr>
            <w:r>
              <w:rPr>
                <w:b/>
              </w:rPr>
              <w:t>ОТКРЫТЫЙ ДОСТУП</w:t>
            </w:r>
          </w:p>
        </w:tc>
      </w:tr>
    </w:tbl>
    <w:p>
      <w:pPr>
        <w:pStyle w:val="PDCAMasthead"/>
      </w:pPr>
      <w:r>
        <w:t>Sports Scientific Research · ISSN XXXX-XXXX · Open Access · CC BY 4.0</w:t>
      </w:r>
    </w:p>
    <w:p>
      <w:pPr>
        <w:pStyle w:val="PDCAArticleType"/>
      </w:pPr>
      <w:r>
        <w:t>Тип статьи (научная статья, обзор, краткое сообщение)</w:t>
      </w:r>
    </w:p>
    <w:p>
      <w:pPr>
        <w:pStyle w:val="PDCATitle"/>
      </w:pPr>
      <w:r>
        <w:t>Название — краткое и информативное, не более 15 слов</w:t>
      </w:r>
    </w:p>
    <w:p>
      <w:pPr>
        <w:pStyle w:val="PDCAAuthors"/>
      </w:pPr>
      <w:r>
        <w:t>Имя Фамилия 1, Имя Фамилия 1,2 и Имя Фамилия 1,*</w:t>
      </w:r>
    </w:p>
    <w:p>
      <w:pPr>
        <w:pStyle w:val="PDCAAffiliation"/>
      </w:pPr>
      <w:r>
        <w:t>1   Организация 1: институт, кафедра, город, индекс, страна; e-mail@example.com</w:t>
      </w:r>
    </w:p>
    <w:p>
      <w:pPr>
        <w:pStyle w:val="PDCAAffiliation"/>
      </w:pPr>
      <w:r>
        <w:t>2   Организация 2: институт, кафедра, город, индекс, страна; e-mail@example.com</w:t>
      </w:r>
    </w:p>
    <w:p>
      <w:pPr>
        <w:pStyle w:val="PDCACorrespondence"/>
      </w:pPr>
      <w:r>
        <w:t>*   Для переписки: e-mail@example.com; ORCID: 0000-0000-0000-0000 (указывайте ORCID для каждого автора, если он есть)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c>
          <w:tcPr>
            <w:tcW w:type="dxa" w:w="2494"/>
          </w:tcPr>
          <w:p>
            <w:pPr>
              <w:pStyle w:val="PDCASideLabel"/>
            </w:pPr>
            <w:r>
              <w:t>Заполняет редакция</w:t>
            </w:r>
          </w:p>
          <w:p>
            <w:pPr>
              <w:pStyle w:val="PDCASideText"/>
            </w:pPr>
            <w:r>
              <w:rPr>
                <w:b/>
              </w:rPr>
              <w:t xml:space="preserve">Научный редактор: </w:t>
            </w:r>
            <w:r>
              <w:t>Имя Фамилия</w:t>
            </w:r>
          </w:p>
          <w:p>
            <w:pPr>
              <w:pStyle w:val="PDCASideText"/>
            </w:pPr>
            <w:r>
              <w:rPr>
                <w:b/>
              </w:rPr>
              <w:t xml:space="preserve">Поступила: </w:t>
            </w:r>
            <w:r>
              <w:t>дата</w:t>
            </w:r>
          </w:p>
          <w:p>
            <w:pPr>
              <w:pStyle w:val="PDCASideText"/>
            </w:pPr>
            <w:r>
              <w:rPr>
                <w:b/>
              </w:rPr>
              <w:t xml:space="preserve">Доработана: </w:t>
            </w:r>
            <w:r>
              <w:t>дата</w:t>
            </w:r>
          </w:p>
          <w:p>
            <w:pPr>
              <w:pStyle w:val="PDCASideText"/>
            </w:pPr>
            <w:r>
              <w:rPr>
                <w:b/>
              </w:rPr>
              <w:t xml:space="preserve">Принята: </w:t>
            </w:r>
            <w:r>
              <w:t>дата</w:t>
            </w:r>
          </w:p>
          <w:p>
            <w:pPr>
              <w:pStyle w:val="PDCASideText"/>
            </w:pPr>
            <w:r>
              <w:rPr>
                <w:b/>
              </w:rPr>
              <w:t xml:space="preserve">Опубликована: </w:t>
            </w:r>
            <w:r>
              <w:t>дата</w:t>
            </w:r>
          </w:p>
          <w:p>
            <w:pPr>
              <w:pStyle w:val="PDCASideText"/>
            </w:pPr>
            <w:r>
              <w:rPr>
                <w:b/>
              </w:rPr>
              <w:t xml:space="preserve">Ссылка: </w:t>
            </w:r>
            <w:r>
              <w:t>Добавляет редакция при подготовке к печати.</w:t>
            </w:r>
          </w:p>
          <w:p>
            <w:pPr>
              <w:pStyle w:val="PDCASideText"/>
            </w:pPr>
            <w:r>
              <w:rPr>
                <w:b/>
              </w:rPr>
              <w:t xml:space="preserve">Copyright: </w:t>
            </w:r>
            <w:r>
              <w:t>© 2026 авторы. Открытый доступ по лицензии Creative Commons Attribution (CC BY 4.0).</w:t>
            </w:r>
          </w:p>
        </w:tc>
        <w:tc>
          <w:tcPr>
            <w:tcW w:type="dxa" w:w="8277"/>
          </w:tcPr>
          <w:p>
            <w:pPr>
              <w:pStyle w:val="PDCAAbstract"/>
            </w:pPr>
            <w:r>
              <w:rPr>
                <w:b/>
              </w:rPr>
              <w:t xml:space="preserve">Аннотация: </w:t>
            </w:r>
            <w:r>
              <w:t>Один абзац объёмом 150–250 слов. Укажите: (1) цель и поставленный вопрос, (2) материалы и методы, (3) основные результаты, (4) вывод. Аннотация должна быть самодостаточной: без ссылок, без нерасшифрованных сокращений и без результатов, которых нет в основном тексте. Английская аннотация обязательна для всех статей; русская и узбекская также печатаются.</w:t>
            </w:r>
          </w:p>
          <w:p>
            <w:pPr>
              <w:pStyle w:val="PDCAKeywords"/>
            </w:pPr>
            <w:r>
              <w:rPr>
                <w:b/>
              </w:rPr>
              <w:t xml:space="preserve">Ключевые слова: </w:t>
            </w:r>
            <w:r>
              <w:t>ключевое слово 1; ключевое слово 2; ключевое слово 3; ключевое слово 4; ключевое слово 5 (от пяти до восьми, через точку с запятой)</w:t>
            </w:r>
          </w:p>
          <w:p>
            <w:pPr>
              <w:pStyle w:val="PDCANote"/>
            </w:pPr>
            <w:r>
              <w:t>Блок слева не изменяйте — его заполняет редакция при подготовке к печати. Он печатается на поле рядом с аннотацией.</w:t>
            </w:r>
          </w:p>
        </w:tc>
      </w:tr>
    </w:tbl>
    <w:p>
      <w:pPr>
        <w:pStyle w:val="PDCANote"/>
        <w:pBdr>
          <w:bottom w:val="single" w:sz="6" w:space="4" w:color="000000"/>
        </w:pBdr>
      </w:pPr>
    </w:p>
    <w:p>
      <w:pPr>
        <w:pStyle w:val="PDCANote"/>
      </w:pPr>
      <w:r>
        <w:t>▼ ВСЁ, ЧТО НИЖЕ ЭТОЙ ЛИНИИ, НАБИРАЕТСЯ В ДВЕ КОЛОНКИ — так же, как будет опубликовано. Не меняйте формат страницы, поля, шрифты и интервалы: журнал формирует итоговый PDF автоматически из этого файла.</w:t>
      </w:r>
    </w:p>
    <w:p>
      <w:pPr>
        <w:sectPr>
          <w:headerReference w:type="default" r:id="rId9"/>
          <w:footerReference w:type="default" r:id="rId10"/>
          <w:pgSz w:w="11906" w:h="16838"/>
          <w:pgMar w:top="850" w:right="567" w:bottom="907" w:left="567" w:header="720" w:footer="720" w:gutter="0"/>
          <w:titlePg/>
          <w:docGrid w:linePitch="360"/>
          <w:cols w:num="1" w:space="397" w:equalWidth="1"/>
          <w:lnNumType w:countBy="1" w:distance="255" w:restart="continuous"/>
        </w:sectPr>
      </w:pPr>
    </w:p>
    <w:p>
      <w:pPr>
        <w:pStyle w:val="PDCAHeading1"/>
      </w:pPr>
      <w:r>
        <w:t>0. Как пользоваться шаблоном</w:t>
      </w:r>
    </w:p>
    <w:p>
      <w:pPr>
        <w:pStyle w:val="PDCABodyFirst"/>
      </w:pPr>
      <w:r>
        <w:t>В шаблоне показаны все разделы, которые может содержать статья. В каждом разделе кратко описано, что в него входит. Пишите поверх образцов текста, сохраняя заголовки и стили: по ним журнал считывает название, авторов, организации, аннотацию, ключевые слова и список литературы при построении готового PDF.</w:t>
      </w:r>
    </w:p>
    <w:p>
      <w:pPr>
        <w:pStyle w:val="PDCABody"/>
      </w:pPr>
      <w:r>
        <w:t>Разделы, не относящиеся к вашей работе, можно удалить, но порядок оставшихся сохраните. Закончив, удалите этот раздел 0 и начните нумерацию с 1.</w:t>
      </w:r>
    </w:p>
    <w:p>
      <w:pPr>
        <w:pStyle w:val="PDCABody"/>
      </w:pPr>
      <w:r>
        <w:t>Подавайте только этот файл. Готовить PDF не нужно: загрузите .docx на https://jtsiti-journal.uz — журнал сверстает статью, покажет результат и создаст подачу только после вашего подтверждения.</w:t>
      </w:r>
    </w:p>
    <w:p>
      <w:pPr>
        <w:pStyle w:val="PDCAHeading1"/>
      </w:pPr>
      <w:r>
        <w:t>1. Введение</w:t>
      </w:r>
    </w:p>
    <w:p>
      <w:pPr>
        <w:pStyle w:val="PDCABodyFirst"/>
      </w:pPr>
      <w:r>
        <w:t>Поместите исследование в широкий контекст и объясните его значимость. Определите цель работы. Приведите современное состояние вопроса, сошлитесь на ключевые публикации и отметьте спорные точки зрения, если они есть. Введение должно быть понятно специалистам по спорту за пределами вашей узкой специальности.</w:t>
      </w:r>
    </w:p>
    <w:p>
      <w:pPr>
        <w:pStyle w:val="PDCABody"/>
      </w:pPr>
      <w:r>
        <w:t>Цель, вопрос или гипотезу сформулируйте в последнем абзаце. Ссылки давайте номерами в квадратных скобках по порядку первого упоминания — [1], [2,3] или [4–6].</w:t>
      </w:r>
    </w:p>
    <w:p>
      <w:pPr>
        <w:pStyle w:val="PDCAHeading1"/>
      </w:pPr>
      <w:r>
        <w:t>2. Материалы и методы</w:t>
      </w:r>
    </w:p>
    <w:p>
      <w:pPr>
        <w:pStyle w:val="PDCABodyFirst"/>
      </w:pPr>
      <w:r>
        <w:t>Опишите объекты, район, период и методы исследования настолько подробно, чтобы работу можно было воспроизвести. Общепринятые методы достаточно упомянуть со ссылкой; новые методы описывайте полностью.</w:t>
      </w:r>
    </w:p>
    <w:p>
      <w:pPr>
        <w:pStyle w:val="PDCAHeading2"/>
      </w:pPr>
      <w:r>
        <w:t>2.1. Район исследования</w:t>
      </w:r>
    </w:p>
    <w:p>
      <w:pPr>
        <w:pStyle w:val="PDCABodyFirst"/>
      </w:pPr>
      <w:r>
        <w:t>Укажите географическое положение, диапазон высот, климат и растительность района, при необходимости приведите карту (рисунок 1). Назовите используемую систему координат.</w:t>
      </w:r>
    </w:p>
    <w:p>
      <w:pPr>
        <w:pStyle w:val="PDCAHeading2"/>
      </w:pPr>
      <w:r>
        <w:t>2.2. Процедуры и измерения</w:t>
      </w:r>
    </w:p>
    <w:p>
      <w:pPr>
        <w:pStyle w:val="PDCABodyFirst"/>
      </w:pPr>
      <w:r>
        <w:t>Опишите протокол тренировки или тестирования, использованное оборудование (производитель и модель), измеряемые показатели и условия измерения. При необходимости укажите надёжность тестов.</w:t>
      </w:r>
    </w:p>
    <w:p>
      <w:pPr>
        <w:pStyle w:val="PDCABody"/>
      </w:pPr>
      <w:r>
        <w:t>Указывайте каждый прибор с производителем и моделью, а каждый тест — с полным протоколом. Используйте единицы СИ.</w:t>
      </w:r>
    </w:p>
    <w:p>
      <w:pPr>
        <w:pStyle w:val="PDCAHeading2"/>
      </w:pPr>
      <w:r>
        <w:t>2.3. Обработка данных</w:t>
      </w:r>
    </w:p>
    <w:p>
      <w:pPr>
        <w:pStyle w:val="PDCABodyFirst"/>
      </w:pPr>
      <w:r>
        <w:t>Назовите программное обеспечение и его версию, применённые статистические критерии и уровень значимости. Если большие массивы данных депонированы в открытом репозитории, укажите здесь номера доступа.</w:t>
      </w:r>
    </w:p>
    <w:p>
      <w:pPr>
        <w:pStyle w:val="PDCABody"/>
      </w:pPr>
      <w:r>
        <w:t>Если при подготовке рукописи использовался генеративный искусственный интеллект — для создания текста, данных или графики, для планирования исследования или анализа — укажите это в данном разделе. Использование только для языковой правки указывать не требуется.</w:t>
      </w:r>
    </w:p>
    <w:p>
      <w:pPr>
        <w:pStyle w:val="PDCAHeading1"/>
      </w:pPr>
      <w:r>
        <w:t>3. Результаты</w:t>
      </w:r>
    </w:p>
    <w:p>
      <w:pPr>
        <w:pStyle w:val="PDCABodyFirst"/>
      </w:pPr>
      <w:r>
        <w:t>Приводите только результаты со ссылками на таблицы и рисунки; их интерпретация относится к разделу «Обсуждение». Раздел можно разделить подзаголовками.</w:t>
      </w:r>
    </w:p>
    <w:p>
      <w:pPr>
        <w:pStyle w:val="PDCAHeading2"/>
      </w:pPr>
      <w:r>
        <w:t>3.1. Подраздел</w:t>
      </w:r>
    </w:p>
    <w:p>
      <w:pPr>
        <w:pStyle w:val="PDCAHeading3"/>
      </w:pPr>
      <w:r>
        <w:t>3.1.1. Пункт подраздела</w:t>
      </w:r>
    </w:p>
    <w:p>
      <w:pPr>
        <w:pStyle w:val="PDCABodyFirst"/>
      </w:pPr>
      <w:r>
        <w:t>Маркированные списки выглядят так:</w:t>
      </w:r>
    </w:p>
    <w:p>
      <w:pPr>
        <w:pStyle w:val="PDCAList"/>
      </w:pPr>
      <w:r>
        <w:t>•  первый пункт;</w:t>
      </w:r>
    </w:p>
    <w:p>
      <w:pPr>
        <w:pStyle w:val="PDCAList"/>
      </w:pPr>
      <w:r>
        <w:t>•  второй пункт;</w:t>
      </w:r>
    </w:p>
    <w:p>
      <w:pPr>
        <w:pStyle w:val="PDCAList"/>
      </w:pPr>
      <w:r>
        <w:t>•  третий пункт.</w:t>
      </w:r>
    </w:p>
    <w:p>
      <w:pPr>
        <w:pStyle w:val="PDCABodyFirst"/>
      </w:pPr>
      <w:r>
        <w:t>Нумерованные списки выглядят так:</w:t>
      </w:r>
    </w:p>
    <w:p>
      <w:pPr>
        <w:pStyle w:val="PDCAList"/>
      </w:pPr>
      <w:r>
        <w:t>1.  первый пункт;</w:t>
      </w:r>
    </w:p>
    <w:p>
      <w:pPr>
        <w:pStyle w:val="PDCAList"/>
      </w:pPr>
      <w:r>
        <w:t>2.  второй пункт;</w:t>
      </w:r>
    </w:p>
    <w:p>
      <w:pPr>
        <w:pStyle w:val="PDCAList"/>
      </w:pPr>
      <w:r>
        <w:t>3.  третий пункт.</w:t>
      </w:r>
    </w:p>
    <w:p>
      <w:pPr>
        <w:pStyle w:val="PDCABody"/>
      </w:pPr>
      <w:r>
        <w:t>Текст продолжается здесь.</w:t>
      </w:r>
    </w:p>
    <w:p>
      <w:pPr>
        <w:pStyle w:val="PDCAHeading2"/>
      </w:pPr>
      <w:r>
        <w:t>3.2. Рисунки и таблицы</w:t>
      </w:r>
    </w:p>
    <w:p>
      <w:pPr>
        <w:pStyle w:val="PDCABodyFirst"/>
      </w:pPr>
      <w:r>
        <w:t>Каждый рисунок и таблицу цитируйте в тексте как «рисунок 1», «таблица 1» и размещайте рядом с первым упоминанием. Подпись к таблице — НАД таблицей, подпись к рисунку — ПОД рисунком.</w:t>
      </w:r>
    </w:p>
    <w:p>
      <w:pPr>
        <w:pStyle w:val="PDCACaption"/>
      </w:pPr>
      <w:r>
        <w:rPr>
          <w:b/>
        </w:rPr>
        <w:t xml:space="preserve">Таблица 1. </w:t>
      </w:r>
      <w:r>
        <w:t>Это таблица. Таблицы должны быть настоящими таблицами, а не изображениями, иначе их невозможно переверстать. По возможности укладывайте их в ширину колонки.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3591"/>
        <w:gridCol w:w="3591"/>
        <w:gridCol w:w="3591"/>
      </w:tblGrid>
      <w:tr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Показатель</w:t>
            </w:r>
          </w:p>
        </w:tc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Группа A</w:t>
            </w:r>
          </w:p>
        </w:tc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Группа B</w:t>
            </w:r>
          </w:p>
        </w:tc>
      </w:tr>
      <w:tr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Параметр 1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</w:t>
            </w:r>
          </w:p>
        </w:tc>
      </w:tr>
      <w:tr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Параметр 2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</w:t>
            </w:r>
          </w:p>
        </w:tc>
      </w:tr>
      <w:tr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Параметр 3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0,00 1</w:t>
            </w:r>
          </w:p>
        </w:tc>
      </w:tr>
    </w:tbl>
    <w:p>
      <w:pPr>
        <w:pStyle w:val="PDCATableFooter"/>
      </w:pPr>
      <w:r>
        <w:t>1 У таблицы может быть примечание.</w:t>
      </w:r>
    </w:p>
    <w:p>
      <w:pPr>
        <w:pStyle w:val="PDCABody"/>
      </w:pPr>
      <w:r>
        <w:t>Текст продолжается здесь (рисунок 1 и таблица 2).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5386"/>
        <w:gridCol w:w="5386"/>
      </w:tblGrid>
      <w:tr>
        <w:trPr>
          <w:trHeight w:val="1701" w:hRule="atLeast"/>
          <w:trHeight w:val="1701" w:hRule="atLeast"/>
        </w:trPr>
        <w:tc>
          <w:tcPr>
            <w:tcW w:type="dxa" w:w="2594"/>
          </w:tcPr>
          <w:p>
            <w:pPr>
              <w:pStyle w:val="PDCATableText"/>
            </w:pPr>
            <w:r>
              <w:t>[ вставьте рисунок сюда ]</w:t>
            </w:r>
          </w:p>
        </w:tc>
        <w:tc>
          <w:tcPr>
            <w:tcW w:type="dxa" w:w="2594"/>
          </w:tcPr>
          <w:p>
            <w:pPr>
              <w:pStyle w:val="PDCATableText"/>
            </w:pPr>
            <w:r>
              <w:t>[ вставьте рисунок сюда ]</w:t>
            </w:r>
          </w:p>
        </w:tc>
      </w:tr>
      <w:tr>
        <w:tc>
          <w:tcPr>
            <w:tcW w:type="dxa" w:w="5386"/>
          </w:tcPr>
          <w:p>
            <w:pPr>
              <w:pStyle w:val="PDCATableText"/>
            </w:pPr>
            <w:r>
              <w:t>(a)</w:t>
            </w:r>
          </w:p>
        </w:tc>
        <w:tc>
          <w:tcPr>
            <w:tcW w:type="dxa" w:w="5386"/>
          </w:tcPr>
          <w:p>
            <w:pPr>
              <w:pStyle w:val="PDCATableText"/>
            </w:pPr>
            <w:r>
              <w:t>(b)</w:t>
            </w:r>
          </w:p>
        </w:tc>
      </w:tr>
    </w:tbl>
    <w:p>
      <w:pPr>
        <w:pStyle w:val="PDCACaption"/>
      </w:pPr>
      <w:r>
        <w:rPr>
          <w:b/>
        </w:rPr>
        <w:t xml:space="preserve">Рисунок 1. </w:t>
      </w:r>
      <w:r>
        <w:t>Это рисунок. Если у рисунка несколько панелей, обозначьте их (a), (b), … и опишите каждую в подписи. Разрешение — не менее 300 dpi; не вставляйте снимки экрана с графиками. Рисунок, которому нужна полная ширина полосы, будет размещён на две колонки автоматически.</w:t>
      </w:r>
    </w:p>
    <w:p>
      <w:pPr>
        <w:pStyle w:val="PDCACaption"/>
      </w:pPr>
      <w:r>
        <w:rPr>
          <w:b/>
        </w:rPr>
        <w:t xml:space="preserve">Таблица 2. </w:t>
      </w:r>
      <w:r>
        <w:t>Более широкая таблица. Если таблица не помещается в одну колонку, в опубликованной статье она будет размещена на две.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2693"/>
        <w:gridCol w:w="2693"/>
        <w:gridCol w:w="2693"/>
        <w:gridCol w:w="2693"/>
      </w:tblGrid>
      <w:tr>
        <w:tc>
          <w:tcPr>
            <w:tcW w:type="dxa" w:w="1297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Группа</w:t>
            </w:r>
          </w:p>
        </w:tc>
        <w:tc>
          <w:tcPr>
            <w:tcW w:type="dxa" w:w="1297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Местонахождение</w:t>
            </w:r>
          </w:p>
        </w:tc>
        <w:tc>
          <w:tcPr>
            <w:tcW w:type="dxa" w:w="1297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Высота, м</w:t>
            </w:r>
          </w:p>
        </w:tc>
        <w:tc>
          <w:tcPr>
            <w:tcW w:type="dxa" w:w="1297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Образец</w:t>
            </w:r>
          </w:p>
        </w:tc>
      </w:tr>
      <w:tr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Группа 1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местонахождение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0000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n = 00</w:t>
            </w:r>
          </w:p>
        </w:tc>
      </w:tr>
      <w:tr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Группа 2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местонахождение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0000</w:t>
            </w:r>
          </w:p>
        </w:tc>
        <w:tc>
          <w:tcPr>
            <w:tcW w:type="dxa" w:w="1297"/>
          </w:tcPr>
          <w:p>
            <w:pPr>
              <w:pStyle w:val="PDCATableText"/>
            </w:pPr>
            <w:r>
              <w:rPr>
                <w:b w:val="0"/>
              </w:rPr>
              <w:t>n = 00</w:t>
            </w:r>
          </w:p>
        </w:tc>
      </w:tr>
    </w:tbl>
    <w:p>
      <w:pPr>
        <w:pStyle w:val="PDCATableFooter"/>
      </w:pPr>
      <w:r>
        <w:t>* У таблицы может быть примечание.</w:t>
      </w:r>
    </w:p>
    <w:p>
      <w:pPr>
        <w:pStyle w:val="PDCAHeading2"/>
      </w:pPr>
      <w:r>
        <w:t>3.3. Математические выражения</w:t>
      </w:r>
    </w:p>
    <w:p>
      <w:pPr>
        <w:pStyle w:val="PDCABodyFirst"/>
      </w:pPr>
      <w:r>
        <w:t>Пример 1 формулы: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c>
          <w:tcPr>
            <w:tcW w:type="dxa" w:w="4394"/>
          </w:tcPr>
          <w:p>
            <w:pPr>
              <w:pStyle w:val="PDCAEquation"/>
            </w:pPr>
            <w:r>
              <w:t>a = 1,</w:t>
            </w:r>
          </w:p>
        </w:tc>
        <w:tc>
          <w:tcPr>
            <w:tcW w:type="dxa" w:w="794"/>
          </w:tcPr>
          <w:p>
            <w:pPr>
              <w:pStyle w:val="PDCATableText"/>
              <w:jc w:val="right"/>
            </w:pPr>
            <w:r>
              <w:t>(1)</w:t>
            </w:r>
          </w:p>
        </w:tc>
      </w:tr>
    </w:tbl>
    <w:p>
      <w:pPr>
        <w:pStyle w:val="PDCABodyFirst"/>
      </w:pPr>
      <w:r>
        <w:t>текст после формулы не обязан начинать новый абзац. Знаки препинания ставьте так, как если бы формула была частью предложения. Пример 2: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c>
          <w:tcPr>
            <w:tcW w:type="dxa" w:w="4394"/>
          </w:tcPr>
          <w:p>
            <w:pPr>
              <w:pStyle w:val="PDCAEquation"/>
            </w:pPr>
            <w:r>
              <w:t>S = 1 / (1 + exp(−Σ βi xi)),</w:t>
            </w:r>
          </w:p>
        </w:tc>
        <w:tc>
          <w:tcPr>
            <w:tcW w:type="dxa" w:w="794"/>
          </w:tcPr>
          <w:p>
            <w:pPr>
              <w:pStyle w:val="PDCATableText"/>
              <w:jc w:val="right"/>
            </w:pPr>
            <w:r>
              <w:t>(2)</w:t>
            </w:r>
          </w:p>
        </w:tc>
      </w:tr>
    </w:tbl>
    <w:p>
      <w:pPr>
        <w:pStyle w:val="PDCABodyFirst"/>
      </w:pPr>
      <w:r>
        <w:t>где xi — стандартизованные предикторы, βi — оценённые коэффициенты. В тексте ссылайтесь как «формула (1)».</w:t>
      </w:r>
    </w:p>
    <w:p>
      <w:pPr>
        <w:pStyle w:val="PDCAHeading1"/>
      </w:pPr>
      <w:r>
        <w:t>4. Практические рекомендации</w:t>
      </w:r>
    </w:p>
    <w:p>
      <w:pPr>
        <w:pStyle w:val="PDCABodyFirst"/>
      </w:pPr>
      <w:r>
        <w:t>Раздел необязательный. Включайте его, если исследование приводит к конкретным рекомендациям для тренеров, спортсменов или специалистов физического воспитания.</w:t>
      </w:r>
    </w:p>
    <w:p>
      <w:pPr>
        <w:pStyle w:val="PDCABody"/>
      </w:pPr>
      <w:r>
        <w:t>Укажите практическую ценность результатов для планирования тренировки, управления нагрузкой, мониторинга или отбора, и условия их применения.</w:t>
      </w:r>
    </w:p>
    <w:p>
      <w:pPr>
        <w:pStyle w:val="PDCABody"/>
      </w:pPr>
      <w:r>
        <w:t>Рекомендации должны напрямую следовать из результатов и быть выполнимы в реальной тренировочной практике.</w:t>
      </w:r>
    </w:p>
    <w:p>
      <w:pPr>
        <w:pStyle w:val="PDCAHeading1"/>
      </w:pPr>
      <w:r>
        <w:t>5. Обсуждение</w:t>
      </w:r>
    </w:p>
    <w:p>
      <w:pPr>
        <w:pStyle w:val="PDCABodyFirst"/>
      </w:pPr>
      <w:r>
        <w:t>Интерпретируйте результаты в свете предыдущих исследований и рабочей гипотезы. Обсудите их в максимально широком контексте, укажите ограничения работы и направления дальнейших исследований. Не повторяйте раздел «Результаты».</w:t>
      </w:r>
    </w:p>
    <w:p>
      <w:pPr>
        <w:pStyle w:val="PDCAHeading1"/>
      </w:pPr>
      <w:r>
        <w:t>6. Выводы</w:t>
      </w:r>
    </w:p>
    <w:p>
      <w:pPr>
        <w:pStyle w:val="PDCABodyFirst"/>
      </w:pPr>
      <w:r>
        <w:t>Сформулируйте основные выводы и их значение. Раздел можно опустить, если выводы уже завершают обсуждение; он не должен повторять аннотацию.</w:t>
      </w:r>
    </w:p>
    <w:p>
      <w:pPr>
        <w:pStyle w:val="PDCAHeading1"/>
      </w:pPr>
      <w:r>
        <w:t>Дополнительные сведения</w:t>
      </w:r>
    </w:p>
    <w:p>
      <w:pPr>
        <w:pStyle w:val="PDCANote"/>
      </w:pPr>
      <w:r>
        <w:t>Оставьте те заявления, которые относятся к вашей статье, остальные удалите. Они печатаются после выводов и перед списком литературы.</w:t>
      </w:r>
    </w:p>
    <w:p>
      <w:pPr>
        <w:pStyle w:val="PDCABackMatter"/>
      </w:pPr>
      <w:r>
        <w:rPr>
          <w:b/>
        </w:rPr>
        <w:t xml:space="preserve">Дополнительные материалы: </w:t>
      </w:r>
      <w:r>
        <w:t>Вспомогательные материалы доступны по адресу: URL. Рисунок S1: название; Таблица S1: название.</w:t>
      </w:r>
    </w:p>
    <w:p>
      <w:pPr>
        <w:pStyle w:val="PDCABackMatter"/>
      </w:pPr>
      <w:r>
        <w:rPr>
          <w:b/>
        </w:rPr>
        <w:t xml:space="preserve">Вклад авторов: </w:t>
      </w:r>
      <w:r>
        <w:t>Опишите вклад каждого автора по таксономии CRediT — например: «Концепция — А.Б. и В.Г.; методология — А.Б.; формальный анализ — Д.Е.; написание черновика — А.Б.; редактирование — все авторы. Все авторы прочитали и одобрили опубликованную версию рукописи».</w:t>
      </w:r>
    </w:p>
    <w:p>
      <w:pPr>
        <w:pStyle w:val="PDCABackMatter"/>
      </w:pPr>
      <w:r>
        <w:rPr>
          <w:b/>
        </w:rPr>
        <w:t xml:space="preserve">Финансирование: </w:t>
      </w:r>
      <w:r>
        <w:t>«Исследование не имело внешнего финансирования» или «Исследование выполнено при поддержке НАЗВАНИЕ ФОНДА, грант № XXX».</w:t>
      </w:r>
    </w:p>
    <w:p>
      <w:pPr>
        <w:pStyle w:val="PDCABackMatter"/>
      </w:pPr>
      <w:r>
        <w:rPr>
          <w:b/>
        </w:rPr>
        <w:t xml:space="preserve">Этическая экспертиза: </w:t>
      </w:r>
      <w:r>
        <w:t>Для исследований с участием людей или животных укажите утвердивший орган и номер разрешения либо отметьте, что экспертиза не требовалась.</w:t>
      </w:r>
    </w:p>
    <w:p>
      <w:pPr>
        <w:pStyle w:val="PDCABackMatter"/>
      </w:pPr>
      <w:r>
        <w:rPr>
          <w:b/>
        </w:rPr>
        <w:t xml:space="preserve">Доступность данных: </w:t>
      </w:r>
      <w:r>
        <w:t>Укажите, где можно найти данные, подтверждающие результаты, включая названия репозиториев и номера доступа, либо отметьте, что обмен данными неприменим.</w:t>
      </w:r>
    </w:p>
    <w:p>
      <w:pPr>
        <w:pStyle w:val="PDCABackMatter"/>
      </w:pPr>
      <w:r>
        <w:rPr>
          <w:b/>
        </w:rPr>
        <w:t xml:space="preserve">Благодарности: </w:t>
      </w:r>
      <w:r>
        <w:t>Поблагодарите за поддержку, не дающую права на авторство, — техническую помощь, материалы, доступ к коллекциям или организационное содействие.</w:t>
      </w:r>
    </w:p>
    <w:p>
      <w:pPr>
        <w:pStyle w:val="PDCABackMatter"/>
      </w:pPr>
      <w:r>
        <w:rPr>
          <w:b/>
        </w:rPr>
        <w:t xml:space="preserve">Конфликт интересов: </w:t>
      </w:r>
      <w:r>
        <w:t>«Авторы заявляют об отсутствии конфликта интересов». Укажите роль финансирующей организации в планировании исследования, сборе или интерпретации данных и в решении о публикации.</w:t>
      </w:r>
    </w:p>
    <w:p>
      <w:pPr>
        <w:pStyle w:val="PDCAHeading1"/>
      </w:pPr>
      <w:r>
        <w:t>Сокращения</w:t>
      </w:r>
    </w:p>
    <w:p>
      <w:pPr>
        <w:pStyle w:val="PDCABodyFirst"/>
      </w:pPr>
      <w:r>
        <w:t>В рукописи используются следующие сокращения: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5386"/>
        <w:gridCol w:w="5386"/>
      </w:tblGrid>
      <w:tr>
        <w:tc>
          <w:tcPr>
            <w:tcW w:type="dxa" w:w="2594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Сокращение</w:t>
            </w:r>
          </w:p>
        </w:tc>
        <w:tc>
          <w:tcPr>
            <w:tcW w:type="dxa" w:w="2594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SSR</w:t>
            </w:r>
          </w:p>
        </w:tc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Sports Scientific Research</w:t>
            </w:r>
          </w:p>
        </w:tc>
      </w:tr>
      <w:tr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VO2max</w:t>
            </w:r>
          </w:p>
        </w:tc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Международный союз охраны природы</w:t>
            </w:r>
          </w:p>
        </w:tc>
      </w:tr>
      <w:tr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SDM</w:t>
            </w:r>
          </w:p>
        </w:tc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Моделирование распространения видов</w:t>
            </w:r>
          </w:p>
        </w:tc>
      </w:tr>
      <w:tr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USUPES</w:t>
            </w:r>
          </w:p>
        </w:tc>
        <w:tc>
          <w:tcPr>
            <w:tcW w:type="dxa" w:w="2594"/>
          </w:tcPr>
          <w:p>
            <w:pPr>
              <w:pStyle w:val="PDCATableText"/>
            </w:pPr>
            <w:r>
              <w:rPr>
                <w:b w:val="0"/>
              </w:rPr>
              <w:t>Узбекский государственный университет физического воспитания и спорта</w:t>
            </w:r>
          </w:p>
        </w:tc>
      </w:tr>
    </w:tbl>
    <w:p>
      <w:pPr>
        <w:pStyle w:val="PDCAHeading1"/>
      </w:pPr>
      <w:r>
        <w:t>Приложение A</w:t>
      </w:r>
    </w:p>
    <w:p>
      <w:pPr>
        <w:pStyle w:val="PDCAHeading2"/>
      </w:pPr>
      <w:r>
        <w:t>Приложение A.1</w:t>
      </w:r>
    </w:p>
    <w:p>
      <w:pPr>
        <w:pStyle w:val="PDCABodyFirst"/>
      </w:pPr>
      <w:r>
        <w:t>Приложение необязательно. Используйте его для сведений и данных, которые поддерживают основной текст, но прерывали бы его, — полных списков образцов, объёмных таблиц или вспомогательных анализов. Каждое приложение должно быть процитировано в основном тексте.</w:t>
      </w:r>
    </w:p>
    <w:p>
      <w:pPr>
        <w:pStyle w:val="PDCACaption"/>
      </w:pPr>
      <w:r>
        <w:rPr>
          <w:b/>
        </w:rPr>
        <w:t xml:space="preserve">Таблица A1. </w:t>
      </w:r>
      <w:r>
        <w:t>Подпись к таблице в приложении. Рисунки и таблицы в приложениях нумеруются A1, A2 и так далее.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3591"/>
        <w:gridCol w:w="3591"/>
        <w:gridCol w:w="3591"/>
      </w:tblGrid>
      <w:tr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Заголовок 1</w:t>
            </w:r>
          </w:p>
        </w:tc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Заголовок 2</w:t>
            </w:r>
          </w:p>
        </w:tc>
        <w:tc>
          <w:tcPr>
            <w:tcW w:type="dxa" w:w="1729"/>
            <w:shd w:val="clear" w:color="auto" w:fill="F2F2F2"/>
          </w:tcPr>
          <w:p>
            <w:pPr>
              <w:pStyle w:val="PDCATableText"/>
            </w:pPr>
            <w:r>
              <w:rPr>
                <w:b/>
              </w:rPr>
              <w:t>Заголовок 3</w:t>
            </w:r>
          </w:p>
        </w:tc>
      </w:tr>
      <w:tr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запись 1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данные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данные</w:t>
            </w:r>
          </w:p>
        </w:tc>
      </w:tr>
      <w:tr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запись 2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данные</w:t>
            </w:r>
          </w:p>
        </w:tc>
        <w:tc>
          <w:tcPr>
            <w:tcW w:type="dxa" w:w="1729"/>
          </w:tcPr>
          <w:p>
            <w:pPr>
              <w:pStyle w:val="PDCATableText"/>
            </w:pPr>
            <w:r>
              <w:rPr>
                <w:b w:val="0"/>
              </w:rPr>
              <w:t>данные</w:t>
            </w:r>
          </w:p>
        </w:tc>
      </w:tr>
    </w:tbl>
    <w:p>
      <w:pPr>
        <w:pStyle w:val="PDCAHeading1"/>
      </w:pPr>
      <w:r>
        <w:t>Приложение B</w:t>
      </w:r>
    </w:p>
    <w:p>
      <w:pPr>
        <w:pStyle w:val="PDCABodyFirst"/>
      </w:pPr>
      <w:r>
        <w:t>Последующие приложения оформляются так же.</w:t>
      </w:r>
    </w:p>
    <w:p>
      <w:pPr>
        <w:pStyle w:val="PDCAHeading1"/>
      </w:pPr>
      <w:r>
        <w:t>Список литературы</w:t>
      </w:r>
    </w:p>
    <w:p>
      <w:pPr>
        <w:pStyle w:val="PDCANote"/>
      </w:pPr>
      <w:r>
        <w:t>Ванкуверский стиль, нумерация по порядку первого упоминания в тексте, включая ссылки в таблицах и подписях к рисункам. Указывайте DOI, если он есть. Ниже приведены образцы для каждого типа источника.</w:t>
      </w:r>
    </w:p>
    <w:p>
      <w:pPr>
        <w:pStyle w:val="PDCAReference"/>
      </w:pPr>
      <w:r>
        <w:t>1.  Фамилия А.Б., Фамилия В.Г. Название статьи. Название журнала. 2024;12(3):45–59. doi:10.0000/xxxx.</w:t>
      </w:r>
    </w:p>
    <w:p>
      <w:pPr>
        <w:pStyle w:val="PDCAReference"/>
      </w:pPr>
      <w:r>
        <w:t>2.  Фамилия Д.Е. Название книги. 2-е изд. Город: Издательство; 2023. 210 с.</w:t>
      </w:r>
    </w:p>
    <w:p>
      <w:pPr>
        <w:pStyle w:val="PDCAReference"/>
      </w:pPr>
      <w:r>
        <w:t>3.  Фамилия Ж.З., Фамилия И.К. Название главы. В кн.: Редактор Л.М., ред. Название книги. Город: Издательство; 2022. с. 15–38.</w:t>
      </w:r>
    </w:p>
    <w:p>
      <w:pPr>
        <w:pStyle w:val="PDCAReference"/>
      </w:pPr>
      <w:r>
        <w:t>4.  Фамилия Н.О. Название диссертации [дисс. … канд. биол. наук]. Город: Университет; 2021. 180 с.</w:t>
      </w:r>
    </w:p>
    <w:p>
      <w:pPr>
        <w:pStyle w:val="PDCAReference"/>
      </w:pPr>
      <w:r>
        <w:t>5.  Фамилия П.Р. Название доклада. В сб.: Материалы конференции; 2023 май 10–12; Город, страна. с. 45–48.</w:t>
      </w:r>
    </w:p>
    <w:p>
      <w:pPr>
        <w:pStyle w:val="PDCAReference"/>
      </w:pPr>
      <w:r>
        <w:t>6.  Фамилия С.Т. Название набора данных [Интернет]. Репозиторий; 2025 [цит. 10.01.2026]. Доступно: https://example.org/dataset.</w:t>
      </w:r>
    </w:p>
    <w:p>
      <w:pPr>
        <w:pStyle w:val="PDCAReference"/>
      </w:pPr>
      <w:r>
        <w:t>7.  Фамилия У.В. Название веб-ресурса [Интернет]. Организация; 2026 [цит. 10.01.2026]. Доступно: https://example.org.</w:t>
      </w:r>
    </w:p>
    <w:p>
      <w:pPr>
        <w:pStyle w:val="PDCAReference"/>
      </w:pPr>
      <w:r>
        <w:t>8.  Фамилия У.Ф. Название неопубликованной работы. Название журнала. В печати, 2026.</w:t>
      </w:r>
    </w:p>
    <w:sectPr w:rsidR="00FC693F" w:rsidRPr="0006063C" w:rsidSect="00034616">
      <w:type w:val="continuous"/>
      <w:pgSz w:w="11906" w:h="16838"/>
      <w:pgMar w:top="850" w:right="567" w:bottom="907" w:left="567" w:header="720" w:footer="720" w:gutter="0"/>
      <w:titlePg/>
      <w:docGrid w:linePitch="360"/>
      <w:cols w:num="2" w:space="397" w:equalWidth="1"/>
      <w:lnNumType w:countBy="1" w:distance="255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6"/>
      </w:rPr>
      <w:t>Plant Diversity of Central Asia · https://pdca.proexam.uz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4" w:space="4" w:color="000000"/>
      </w:pBdr>
    </w:pPr>
    <w:r>
      <w:rPr>
        <w:rFonts w:ascii="Times New Roman" w:hAnsi="Times New Roman"/>
        <w:i/>
        <w:sz w:val="16"/>
      </w:rPr>
      <w:t>Plant Divers. Cent. Asia 2026, 6, x НА РЕЦЕНЗИРОВАНИИ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CAMasthead">
    <w:name w:val="PDCA Masthead"/>
    <w:basedOn w:val="Normal"/>
    <w:pPr>
      <w:spacing w:before="0" w:after="160" w:line="240" w:lineRule="auto"/>
      <w:ind w:firstLine="0" w:left="0"/>
    </w:pPr>
    <w:rPr>
      <w:rFonts w:ascii="Times New Roman" w:hAnsi="Times New Roman" w:cs="Times New Roman"/>
      <w:b w:val="0"/>
      <w:i/>
      <w:sz w:val="18"/>
    </w:rPr>
  </w:style>
  <w:style w:type="paragraph" w:customStyle="1" w:styleId="PDCAArticleType">
    <w:name w:val="PDCA ArticleType"/>
    <w:basedOn w:val="Normal"/>
    <w:pPr>
      <w:spacing w:before="0" w:after="120" w:line="240" w:lineRule="auto"/>
      <w:ind w:firstLine="0" w:left="0"/>
    </w:pPr>
    <w:rPr>
      <w:rFonts w:ascii="Times New Roman" w:hAnsi="Times New Roman" w:cs="Times New Roman"/>
      <w:b w:val="0"/>
      <w:i/>
      <w:sz w:val="20"/>
    </w:rPr>
  </w:style>
  <w:style w:type="paragraph" w:customStyle="1" w:styleId="PDCATitle">
    <w:name w:val="PDCA Title"/>
    <w:basedOn w:val="Normal"/>
    <w:pPr>
      <w:spacing w:before="0" w:after="160" w:line="240" w:lineRule="auto"/>
      <w:ind w:firstLine="0" w:left="0"/>
    </w:pPr>
    <w:rPr>
      <w:rFonts w:ascii="Times New Roman" w:hAnsi="Times New Roman" w:cs="Times New Roman"/>
      <w:b/>
      <w:i w:val="0"/>
      <w:sz w:val="36"/>
    </w:rPr>
  </w:style>
  <w:style w:type="paragraph" w:customStyle="1" w:styleId="PDCAAuthors">
    <w:name w:val="PDCA Authors"/>
    <w:basedOn w:val="Normal"/>
    <w:pPr>
      <w:spacing w:before="0" w:after="120" w:line="240" w:lineRule="auto"/>
      <w:ind w:firstLine="0" w:left="0"/>
    </w:pPr>
    <w:rPr>
      <w:rFonts w:ascii="Times New Roman" w:hAnsi="Times New Roman" w:cs="Times New Roman"/>
      <w:b/>
      <w:i w:val="0"/>
      <w:sz w:val="20"/>
    </w:rPr>
  </w:style>
  <w:style w:type="paragraph" w:customStyle="1" w:styleId="PDCAAffiliation">
    <w:name w:val="PDCA Affiliation"/>
    <w:basedOn w:val="Normal"/>
    <w:pPr>
      <w:spacing w:before="0" w:after="20" w:line="240" w:lineRule="auto"/>
      <w:ind w:firstLine="0" w:left="0"/>
    </w:pPr>
    <w:rPr>
      <w:rFonts w:ascii="Times New Roman" w:hAnsi="Times New Roman" w:cs="Times New Roman"/>
      <w:b w:val="0"/>
      <w:i w:val="0"/>
      <w:sz w:val="16"/>
    </w:rPr>
  </w:style>
  <w:style w:type="paragraph" w:customStyle="1" w:styleId="PDCACorrespondence">
    <w:name w:val="PDCA Correspondence"/>
    <w:basedOn w:val="Normal"/>
    <w:pPr>
      <w:spacing w:before="0" w:after="160" w:line="240" w:lineRule="auto"/>
      <w:ind w:firstLine="0" w:left="0"/>
    </w:pPr>
    <w:rPr>
      <w:rFonts w:ascii="Times New Roman" w:hAnsi="Times New Roman" w:cs="Times New Roman"/>
      <w:b/>
      <w:i w:val="0"/>
      <w:sz w:val="16"/>
    </w:rPr>
  </w:style>
  <w:style w:type="paragraph" w:customStyle="1" w:styleId="PDCAAbstract">
    <w:name w:val="PDCA Abstract"/>
    <w:basedOn w:val="Normal"/>
    <w:pPr>
      <w:spacing w:before="0" w:after="120" w:line="240" w:lineRule="auto"/>
      <w:ind w:firstLine="0" w:left="0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Keywords">
    <w:name w:val="PDCA Keywords"/>
    <w:basedOn w:val="Normal"/>
    <w:pPr>
      <w:spacing w:before="0" w:after="160" w:line="240" w:lineRule="auto"/>
      <w:ind w:firstLine="0" w:left="0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SideLabel">
    <w:name w:val="PDCA SideLabel"/>
    <w:basedOn w:val="Normal"/>
    <w:pPr>
      <w:spacing w:before="0" w:after="0" w:line="240" w:lineRule="auto"/>
      <w:ind w:firstLine="0" w:left="0"/>
    </w:pPr>
    <w:rPr>
      <w:rFonts w:ascii="Times New Roman" w:hAnsi="Times New Roman" w:cs="Times New Roman"/>
      <w:b/>
      <w:i w:val="0"/>
      <w:sz w:val="15"/>
    </w:rPr>
  </w:style>
  <w:style w:type="paragraph" w:customStyle="1" w:styleId="PDCASideText">
    <w:name w:val="PDCA SideText"/>
    <w:basedOn w:val="Normal"/>
    <w:pPr>
      <w:spacing w:before="0" w:after="60" w:line="240" w:lineRule="auto"/>
      <w:ind w:firstLine="0" w:left="0"/>
    </w:pPr>
    <w:rPr>
      <w:rFonts w:ascii="Times New Roman" w:hAnsi="Times New Roman" w:cs="Times New Roman"/>
      <w:b w:val="0"/>
      <w:i w:val="0"/>
      <w:sz w:val="15"/>
    </w:rPr>
  </w:style>
  <w:style w:type="paragraph" w:customStyle="1" w:styleId="PDCAHeading1">
    <w:name w:val="PDCA Heading1"/>
    <w:basedOn w:val="Normal"/>
    <w:pPr>
      <w:spacing w:before="200" w:after="80" w:line="240" w:lineRule="auto"/>
      <w:ind w:firstLine="0" w:left="0"/>
    </w:pPr>
    <w:rPr>
      <w:rFonts w:ascii="Times New Roman" w:hAnsi="Times New Roman" w:cs="Times New Roman"/>
      <w:b/>
      <w:i w:val="0"/>
      <w:sz w:val="24"/>
    </w:rPr>
  </w:style>
  <w:style w:type="paragraph" w:customStyle="1" w:styleId="PDCAHeading2">
    <w:name w:val="PDCA Heading2"/>
    <w:basedOn w:val="Normal"/>
    <w:pPr>
      <w:spacing w:before="160" w:after="60" w:line="240" w:lineRule="auto"/>
      <w:ind w:firstLine="0" w:left="0"/>
    </w:pPr>
    <w:rPr>
      <w:rFonts w:ascii="Times New Roman" w:hAnsi="Times New Roman" w:cs="Times New Roman"/>
      <w:b/>
      <w:i/>
      <w:sz w:val="22"/>
    </w:rPr>
  </w:style>
  <w:style w:type="paragraph" w:customStyle="1" w:styleId="PDCAHeading3">
    <w:name w:val="PDCA Heading3"/>
    <w:basedOn w:val="Normal"/>
    <w:pPr>
      <w:spacing w:before="120" w:after="40" w:line="240" w:lineRule="auto"/>
      <w:ind w:firstLine="0" w:left="0"/>
    </w:pPr>
    <w:rPr>
      <w:rFonts w:ascii="Times New Roman" w:hAnsi="Times New Roman" w:cs="Times New Roman"/>
      <w:b w:val="0"/>
      <w:i/>
      <w:sz w:val="20"/>
    </w:rPr>
  </w:style>
  <w:style w:type="paragraph" w:customStyle="1" w:styleId="PDCABody">
    <w:name w:val="PDCA Body"/>
    <w:basedOn w:val="Normal"/>
    <w:pPr>
      <w:spacing w:before="0" w:after="0" w:line="240" w:lineRule="auto"/>
      <w:ind w:firstLine="283" w:left="0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BodyFirst">
    <w:name w:val="PDCA BodyFirst"/>
    <w:basedOn w:val="Normal"/>
    <w:pPr>
      <w:spacing w:before="0" w:after="0" w:line="240" w:lineRule="auto"/>
      <w:ind w:firstLine="0" w:left="0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List">
    <w:name w:val="PDCA List"/>
    <w:basedOn w:val="Normal"/>
    <w:pPr>
      <w:spacing w:before="0" w:after="20" w:line="240" w:lineRule="auto"/>
      <w:ind w:firstLine="0" w:left="340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Caption">
    <w:name w:val="PDCA Caption"/>
    <w:basedOn w:val="Normal"/>
    <w:pPr>
      <w:spacing w:before="0" w:after="120" w:line="240" w:lineRule="auto"/>
      <w:ind w:firstLine="0" w:left="0"/>
      <w:jc w:val="both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TableText">
    <w:name w:val="PDCA TableText"/>
    <w:basedOn w:val="Normal"/>
    <w:pPr>
      <w:spacing w:before="0" w:after="20" w:line="240" w:lineRule="auto"/>
      <w:ind w:firstLine="0" w:left="0"/>
      <w:jc w:val="center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TableFooter">
    <w:name w:val="PDCA TableFooter"/>
    <w:basedOn w:val="Normal"/>
    <w:pPr>
      <w:spacing w:before="0" w:after="120" w:line="240" w:lineRule="auto"/>
      <w:ind w:firstLine="0" w:left="0"/>
    </w:pPr>
    <w:rPr>
      <w:rFonts w:ascii="Times New Roman" w:hAnsi="Times New Roman" w:cs="Times New Roman"/>
      <w:b w:val="0"/>
      <w:i w:val="0"/>
      <w:sz w:val="16"/>
    </w:rPr>
  </w:style>
  <w:style w:type="paragraph" w:customStyle="1" w:styleId="PDCAEquation">
    <w:name w:val="PDCA Equation"/>
    <w:basedOn w:val="Normal"/>
    <w:pPr>
      <w:spacing w:before="0" w:after="20" w:line="240" w:lineRule="auto"/>
      <w:ind w:firstLine="0" w:left="0"/>
      <w:jc w:val="center"/>
    </w:pPr>
    <w:rPr>
      <w:rFonts w:ascii="Times New Roman" w:hAnsi="Times New Roman" w:cs="Times New Roman"/>
      <w:b w:val="0"/>
      <w:i/>
      <w:sz w:val="20"/>
    </w:rPr>
  </w:style>
  <w:style w:type="paragraph" w:customStyle="1" w:styleId="PDCABackMatter">
    <w:name w:val="PDCA BackMatter"/>
    <w:basedOn w:val="Normal"/>
    <w:pPr>
      <w:spacing w:before="0" w:after="80" w:line="240" w:lineRule="auto"/>
      <w:ind w:firstLine="0" w:left="0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Reference">
    <w:name w:val="PDCA Reference"/>
    <w:basedOn w:val="Normal"/>
    <w:pPr>
      <w:spacing w:before="0" w:after="40" w:line="240" w:lineRule="auto"/>
      <w:ind w:hanging="340" w:left="340"/>
    </w:pPr>
    <w:rPr>
      <w:rFonts w:ascii="Times New Roman" w:hAnsi="Times New Roman" w:cs="Times New Roman"/>
      <w:b w:val="0"/>
      <w:i w:val="0"/>
      <w:sz w:val="17"/>
    </w:rPr>
  </w:style>
  <w:style w:type="paragraph" w:customStyle="1" w:styleId="PDCANote">
    <w:name w:val="PDCA Note"/>
    <w:basedOn w:val="Normal"/>
    <w:pPr>
      <w:spacing w:before="0" w:after="120" w:line="240" w:lineRule="auto"/>
      <w:ind w:firstLine="0" w:left="0"/>
    </w:pPr>
    <w:rPr>
      <w:rFonts w:ascii="Times New Roman" w:hAnsi="Times New Roman" w:cs="Times New Roman"/>
      <w:b w:val="0"/>
      <w:i/>
      <w:color w:val="99330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